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ואסטרטגיות הבנה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באסטרטגיות קריאה: ניבוי, שאילת שאלות, הסקת מסקנות ורעיון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 הכותרת והכותרת משנה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משהו שאפשר לבדוק אם 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מחשבה או תחושה אישית של מישהו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זה ולראות שזה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תחושה אישית, כלומר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קוראים כל טקסט פעמיים - פעם להכיר ופעם לחפש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ניבוי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(לנחש מה יקרה בהמשך לפי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(לשאול שאלות על הטקסט כדי להבין אותו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(להבין משהו שלא כתוב במפורש, מתוך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(משפט שאפשר לבדוק אם הוא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זו תחושה אישית של מישהו, ואי אפשר לבדוק אותה בוודאות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תחושה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אסטרטגיה (ניבוי, שאלות, הסקה) עוזרת להבין את הטקסט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להוכיח שהתשובה מבוססת ולא ניחוש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ולהתחלף בתפקידי קורא/ת ושואל/ת כמו בכרטיס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לחזור לטקסט ולהצביע על הרמז הקונקרטי בכל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עולים ניתן להקריא את המשפטים ולהראות תמונות לפני הבחירה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ואסטרטגיות הבנה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אסטרטגיות שעוזרות להבין טקסט טוב יותר - לנבא, לשאול שאלות, להסיק מסקנות ולהבחין בין עובדה לדעה. כל תשובה חשוב לגבות ברמז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ניבוי  ·  פעמיים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משהו שאפשר לבדוק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דעה אישית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ניחוש בלי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שאפשר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מחשבה או תחושה אישית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עובדה מדעית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השמש היא כוכב - זו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הסרט הזה משעמם - זו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בתחנת הקריאה קוראים כל טקסט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קוראים כל טקסט __________ פעמים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אסטרטגיית ה__________ היא ניחוש מה יקרה בהמשך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ניבוי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שאפשר לבדוק אם הוא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שאילת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להבין משהו שלא כתוב במפורש, מתוך רמזים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הסקת מסקנות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לשאול שאלות על הטקסט כדי להבין אותו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לנחש מה יקרה בהמשך לפי רמזים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'לדעתי החתול הכי חמוד בעולם'. הסבירו למה זו דעה ולא עובדה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לאסטרטגיית קריאה אחת ותסבירו איך היא עוזרת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ואסטרטגיות הבנה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