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ואסטרטגיות הבנה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באסטרטגיות קריאה: ניבוי, שאילת שאלות, הסקת מסקנות ורעיון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 הכותרת והכותרת משנה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משהו שאפשר לבדוק אם 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מחשבה או תחושה אישית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לנחש מה יקרה בהמשך לפי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רמזים בטקסט וידע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לתת פרטים נוספים על נושא בתוך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זה ולראות שזה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תחושה אישית, כלומר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קוראים כל טקסט פעמיים - פעם להכיר ופעם לחפש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מגבים את התשובה ב'איך ידעתי'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הרעיון המרכזי הוא הרעיון החשוב ביותר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ניבוי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(לנחש מה יקרה בהמשך לפי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(לשאול שאלות על הטקסט כדי להבין אותו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(להבין משהו שלא כתוב במפורש, מתוך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(משפט שאפשר לבדוק אם הוא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(מחשבה או תחושה אישית של 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זו תחושה אישית של מישהו, ואי אפשר לבדוק אותה בוודאות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עובדה - בכיתה יש 25 תלמידים. דעה - בכיתה שלנו הכי כיף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כותרת מתאימה, כותרת משנה עם פרטים נוספים, ותוכן קוהרנטי בן 4-5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תחושה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אסטרטגיה (ניבוי, שאלות, הסקה) עוזרת להבין את הטקסט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להוכיח שהתשובה מבוססת ולא ניחוש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ולהתחלף בתפקידי קורא/ת ושואל/ת כמו בכרטיס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לחזור לטקסט ולהצביע על הרמז הקונקרטי בכל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עולים ניתן להקריא את המשפטים ולהראות תמונות לפני הבחירה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ואסטרטגיות הבנה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להבין טקסט טוב יותר. אפשר לנחש מה יקרה, לשאול שאלות, ולהבדיל בין עובדה לדעה.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לנחש מה יקרה בהמשך הטקסט לפי רמזים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שאילת שאלות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שאלות על הטקסט כדי להבין אותו טוב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הסקת מסקנות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במפורש, מתוך רמזים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או המשפט החשוב ביותר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 או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או תחושה אישית של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קטנה שמוסיפה פרטים לכותרת הראשית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הסוג של הטקסט - למשל סיפור, מאמר, הוראות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שאפשר לבדוק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 אישית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ניחוש בלי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שאפשר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מחשבה או תחושה אישית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עובדה מדעית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של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עוזרת אסטרטגיית הניבוי?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מה יקרה בהמשך לפי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סיכום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למצוא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מילים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מתבססת הסקת מסקנות?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רמזים בטקסט וידע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ניחוש בלבד בלי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חוזרת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משמשת כותרת 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פרטים נוספים על נושא בתוך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את כל הטקסט במשפט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הכותרת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את שם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היא כוכב - זו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הזה משעמם - זו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הקריאה קוראים כל טקסט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תשובה צריך להביא רמז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הוא פרט קטן ולא חשוב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קוראים כל טקסט __________ פעמים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אסטרטגיית ה__________ היא ניחוש מה יקרה בהמשך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משפט שאפשר לבדוק אם הוא נכון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המרכזי הוא הרעיון החשוב ביותר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כותרת ה__________ נותנת פרטים נוספים מתחת לכותרת הראשית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ניבוי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לשאול שאלות על הטקסט כדי להבין אותו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שאילת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להבין משהו שלא כתוב במפורש, מתוך רמזים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הסקת מסקנות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לנחש מה יקרה בהמשך לפי רמזים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מחשבה או תחושה אישית של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שאפשר לבדוק אם הוא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'לדעתי החתול הכי חמוד בעולם'. הסבירו למה זו דעה ולא עובדה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למשפט עובדה ולמשפט דעה על אותו נושא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(4-5 משפטים) על נושא שבחרתם, עם כותרת וכותרת משנה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לאסטרטגיית קריאה אחת ותסבירו איך היא עוזרת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לגבות תשובה ברמז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ואסטרטגיות הבנה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